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DA546" w14:textId="33E351B1" w:rsidR="00652C40" w:rsidRDefault="002B2D32">
      <w:pPr>
        <w:spacing w:before="120" w:after="360" w:line="240" w:lineRule="auto"/>
        <w:jc w:val="center"/>
        <w:rPr>
          <w:lang w:eastAsia="zh-CN"/>
        </w:rPr>
      </w:pPr>
      <w:r>
        <w:rPr>
          <w:rFonts w:ascii="Times New Roman" w:eastAsia="黑体" w:hAnsi="Times New Roman" w:hint="eastAsia"/>
          <w:b/>
          <w:color w:val="000000"/>
          <w:sz w:val="36"/>
          <w:lang w:eastAsia="zh-CN"/>
        </w:rPr>
        <w:t>浙江工商大学</w:t>
      </w:r>
      <w:r>
        <w:rPr>
          <w:rFonts w:ascii="Times New Roman" w:eastAsia="黑体" w:hAnsi="Times New Roman"/>
          <w:b/>
          <w:color w:val="000000"/>
          <w:sz w:val="36"/>
          <w:lang w:eastAsia="zh-CN"/>
        </w:rPr>
        <w:t>软件</w:t>
      </w:r>
      <w:r>
        <w:rPr>
          <w:rFonts w:ascii="Times New Roman" w:eastAsia="黑体" w:hAnsi="Times New Roman" w:hint="eastAsia"/>
          <w:b/>
          <w:color w:val="000000"/>
          <w:sz w:val="36"/>
          <w:lang w:eastAsia="zh-CN"/>
        </w:rPr>
        <w:t>监督</w:t>
      </w:r>
      <w:r>
        <w:rPr>
          <w:rFonts w:ascii="Times New Roman" w:eastAsia="黑体" w:hAnsi="Times New Roman"/>
          <w:b/>
          <w:color w:val="000000"/>
          <w:sz w:val="36"/>
          <w:lang w:eastAsia="zh-CN"/>
        </w:rPr>
        <w:t>验收申请单</w:t>
      </w:r>
    </w:p>
    <w:p w14:paraId="44CA3A42" w14:textId="77777777" w:rsidR="00652C40" w:rsidRDefault="00000000">
      <w:pPr>
        <w:spacing w:before="200" w:after="80" w:line="240" w:lineRule="auto"/>
        <w:rPr>
          <w:lang w:eastAsia="zh-CN"/>
        </w:rPr>
      </w:pPr>
      <w:r>
        <w:rPr>
          <w:rFonts w:ascii="Times New Roman" w:eastAsia="黑体" w:hAnsi="Times New Roman"/>
          <w:b/>
          <w:color w:val="000000"/>
          <w:sz w:val="24"/>
          <w:lang w:eastAsia="zh-CN"/>
        </w:rPr>
        <w:t>一、基本信息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652C40" w14:paraId="1AB6F708" w14:textId="77777777">
        <w:trPr>
          <w:cantSplit/>
          <w:tblHeader/>
          <w:jc w:val="center"/>
        </w:trPr>
        <w:tc>
          <w:tcPr>
            <w:tcW w:w="2835" w:type="dxa"/>
            <w:vAlign w:val="center"/>
          </w:tcPr>
          <w:p w14:paraId="1D29C8ED" w14:textId="77777777" w:rsidR="00652C40" w:rsidRDefault="00000000">
            <w:pPr>
              <w:jc w:val="center"/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项目名称</w:t>
            </w:r>
          </w:p>
        </w:tc>
        <w:tc>
          <w:tcPr>
            <w:tcW w:w="6236" w:type="dxa"/>
            <w:vAlign w:val="center"/>
          </w:tcPr>
          <w:p w14:paraId="670DE27E" w14:textId="77777777" w:rsidR="00652C40" w:rsidRDefault="00652C40"/>
        </w:tc>
      </w:tr>
      <w:tr w:rsidR="00652C40" w14:paraId="5DFCCA2C" w14:textId="77777777">
        <w:trPr>
          <w:cantSplit/>
          <w:tblHeader/>
          <w:jc w:val="center"/>
        </w:trPr>
        <w:tc>
          <w:tcPr>
            <w:tcW w:w="2835" w:type="dxa"/>
            <w:vAlign w:val="center"/>
          </w:tcPr>
          <w:p w14:paraId="782FC006" w14:textId="77777777" w:rsidR="00652C40" w:rsidRDefault="00000000">
            <w:pPr>
              <w:jc w:val="center"/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合同编号</w:t>
            </w:r>
          </w:p>
        </w:tc>
        <w:tc>
          <w:tcPr>
            <w:tcW w:w="6236" w:type="dxa"/>
            <w:vAlign w:val="center"/>
          </w:tcPr>
          <w:p w14:paraId="5AE6A961" w14:textId="77777777" w:rsidR="00652C40" w:rsidRDefault="00652C40"/>
        </w:tc>
      </w:tr>
      <w:tr w:rsidR="00652C40" w14:paraId="5D4189AB" w14:textId="77777777">
        <w:trPr>
          <w:cantSplit/>
          <w:tblHeader/>
          <w:jc w:val="center"/>
        </w:trPr>
        <w:tc>
          <w:tcPr>
            <w:tcW w:w="2835" w:type="dxa"/>
            <w:vAlign w:val="center"/>
          </w:tcPr>
          <w:p w14:paraId="45E4F551" w14:textId="77777777" w:rsidR="00652C40" w:rsidRDefault="00000000">
            <w:pPr>
              <w:jc w:val="center"/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软件名称</w:t>
            </w:r>
          </w:p>
        </w:tc>
        <w:tc>
          <w:tcPr>
            <w:tcW w:w="6236" w:type="dxa"/>
            <w:vAlign w:val="center"/>
          </w:tcPr>
          <w:p w14:paraId="7BA3FD83" w14:textId="77777777" w:rsidR="00652C40" w:rsidRDefault="00652C40"/>
        </w:tc>
      </w:tr>
      <w:tr w:rsidR="00652C40" w14:paraId="14BBD687" w14:textId="77777777">
        <w:trPr>
          <w:cantSplit/>
          <w:tblHeader/>
          <w:jc w:val="center"/>
        </w:trPr>
        <w:tc>
          <w:tcPr>
            <w:tcW w:w="2835" w:type="dxa"/>
            <w:vAlign w:val="center"/>
          </w:tcPr>
          <w:p w14:paraId="364B415C" w14:textId="77777777" w:rsidR="00652C40" w:rsidRDefault="00000000">
            <w:pPr>
              <w:jc w:val="center"/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开发（承建）单位</w:t>
            </w:r>
          </w:p>
        </w:tc>
        <w:tc>
          <w:tcPr>
            <w:tcW w:w="6236" w:type="dxa"/>
            <w:vAlign w:val="center"/>
          </w:tcPr>
          <w:p w14:paraId="001730E8" w14:textId="77777777" w:rsidR="00652C40" w:rsidRDefault="00652C40"/>
        </w:tc>
      </w:tr>
      <w:tr w:rsidR="00652C40" w14:paraId="334A242F" w14:textId="77777777">
        <w:trPr>
          <w:cantSplit/>
          <w:tblHeader/>
          <w:jc w:val="center"/>
        </w:trPr>
        <w:tc>
          <w:tcPr>
            <w:tcW w:w="2835" w:type="dxa"/>
            <w:vAlign w:val="center"/>
          </w:tcPr>
          <w:p w14:paraId="0521ACE6" w14:textId="77777777" w:rsidR="00652C40" w:rsidRDefault="00000000">
            <w:pPr>
              <w:jc w:val="center"/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使用部门</w:t>
            </w:r>
          </w:p>
        </w:tc>
        <w:tc>
          <w:tcPr>
            <w:tcW w:w="6236" w:type="dxa"/>
            <w:vAlign w:val="center"/>
          </w:tcPr>
          <w:p w14:paraId="77F2A8FF" w14:textId="77777777" w:rsidR="00652C40" w:rsidRDefault="00652C40"/>
        </w:tc>
      </w:tr>
      <w:tr w:rsidR="00652C40" w14:paraId="029C32FA" w14:textId="77777777">
        <w:trPr>
          <w:cantSplit/>
          <w:tblHeader/>
          <w:jc w:val="center"/>
        </w:trPr>
        <w:tc>
          <w:tcPr>
            <w:tcW w:w="2835" w:type="dxa"/>
            <w:vAlign w:val="center"/>
          </w:tcPr>
          <w:p w14:paraId="3E5AF5EB" w14:textId="77777777" w:rsidR="00652C40" w:rsidRDefault="00000000">
            <w:pPr>
              <w:jc w:val="center"/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软件归口部门</w:t>
            </w:r>
          </w:p>
        </w:tc>
        <w:tc>
          <w:tcPr>
            <w:tcW w:w="6236" w:type="dxa"/>
            <w:vAlign w:val="center"/>
          </w:tcPr>
          <w:p w14:paraId="4298FFDA" w14:textId="77777777" w:rsidR="00652C40" w:rsidRDefault="00652C40"/>
        </w:tc>
      </w:tr>
      <w:tr w:rsidR="00652C40" w14:paraId="2F71E062" w14:textId="77777777">
        <w:trPr>
          <w:cantSplit/>
          <w:tblHeader/>
          <w:jc w:val="center"/>
        </w:trPr>
        <w:tc>
          <w:tcPr>
            <w:tcW w:w="2835" w:type="dxa"/>
            <w:vAlign w:val="center"/>
          </w:tcPr>
          <w:p w14:paraId="3D5C600F" w14:textId="2ED114FB" w:rsidR="00652C40" w:rsidRDefault="00000000">
            <w:pPr>
              <w:jc w:val="center"/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申请日期</w:t>
            </w:r>
          </w:p>
        </w:tc>
        <w:tc>
          <w:tcPr>
            <w:tcW w:w="6236" w:type="dxa"/>
            <w:vAlign w:val="center"/>
          </w:tcPr>
          <w:p w14:paraId="1BDE04FB" w14:textId="14409F0A" w:rsidR="00652C40" w:rsidRDefault="00000000">
            <w:r>
              <w:rPr>
                <w:rFonts w:ascii="Times New Roman" w:eastAsia="宋体" w:hAnsi="Times New Roman"/>
                <w:color w:val="000000"/>
                <w:sz w:val="21"/>
              </w:rPr>
              <w:t xml:space="preserve">    </w:t>
            </w:r>
            <w:r w:rsidR="001F23AB">
              <w:rPr>
                <w:rFonts w:ascii="Times New Roman" w:eastAsia="宋体" w:hAnsi="Times New Roman" w:hint="eastAsia"/>
                <w:color w:val="000000"/>
                <w:sz w:val="21"/>
                <w:lang w:eastAsia="zh-CN"/>
              </w:rPr>
              <w:t xml:space="preserve">  </w:t>
            </w:r>
            <w:r>
              <w:rPr>
                <w:rFonts w:ascii="Times New Roman" w:eastAsia="宋体" w:hAnsi="Times New Roman"/>
                <w:color w:val="000000"/>
                <w:sz w:val="21"/>
              </w:rPr>
              <w:t>年</w:t>
            </w:r>
            <w:r>
              <w:rPr>
                <w:rFonts w:ascii="Times New Roman" w:eastAsia="宋体" w:hAnsi="Times New Roman"/>
                <w:color w:val="000000"/>
                <w:sz w:val="21"/>
              </w:rPr>
              <w:t xml:space="preserve">    </w:t>
            </w:r>
            <w:r w:rsidR="001F23AB">
              <w:rPr>
                <w:rFonts w:ascii="Times New Roman" w:eastAsia="宋体" w:hAnsi="Times New Roman" w:hint="eastAsia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sz w:val="21"/>
              </w:rPr>
              <w:t>月</w:t>
            </w:r>
            <w:r>
              <w:rPr>
                <w:rFonts w:ascii="Times New Roman" w:eastAsia="宋体" w:hAnsi="Times New Roman"/>
                <w:color w:val="000000"/>
                <w:sz w:val="21"/>
              </w:rPr>
              <w:t xml:space="preserve">    </w:t>
            </w:r>
            <w:r w:rsidR="001F23AB">
              <w:rPr>
                <w:rFonts w:ascii="Times New Roman" w:eastAsia="宋体" w:hAnsi="Times New Roman" w:hint="eastAsia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sz w:val="21"/>
              </w:rPr>
              <w:t>日</w:t>
            </w:r>
          </w:p>
        </w:tc>
      </w:tr>
      <w:tr w:rsidR="00652C40" w14:paraId="6CA105EC" w14:textId="77777777">
        <w:trPr>
          <w:cantSplit/>
          <w:tblHeader/>
          <w:jc w:val="center"/>
        </w:trPr>
        <w:tc>
          <w:tcPr>
            <w:tcW w:w="2835" w:type="dxa"/>
            <w:vAlign w:val="center"/>
          </w:tcPr>
          <w:p w14:paraId="3EB9E937" w14:textId="77777777" w:rsidR="00652C40" w:rsidRDefault="00000000">
            <w:pPr>
              <w:jc w:val="center"/>
              <w:rPr>
                <w:lang w:eastAsia="zh-CN"/>
              </w:rPr>
            </w:pPr>
            <w:r>
              <w:rPr>
                <w:rFonts w:ascii="Times New Roman" w:eastAsia="宋体" w:hAnsi="Times New Roman"/>
                <w:b/>
                <w:color w:val="000000"/>
                <w:sz w:val="21"/>
                <w:lang w:eastAsia="zh-CN"/>
              </w:rPr>
              <w:t>项目负责人（使用部门）</w:t>
            </w:r>
          </w:p>
        </w:tc>
        <w:tc>
          <w:tcPr>
            <w:tcW w:w="6236" w:type="dxa"/>
            <w:vAlign w:val="center"/>
          </w:tcPr>
          <w:p w14:paraId="7D34C61B" w14:textId="32F93BB6" w:rsidR="00652C40" w:rsidRDefault="00000000"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 xml:space="preserve">                </w:t>
            </w:r>
            <w:r w:rsidR="001F23AB">
              <w:rPr>
                <w:rFonts w:ascii="Times New Roman" w:eastAsia="宋体" w:hAnsi="Times New Roman" w:hint="eastAsia"/>
                <w:color w:val="000000"/>
                <w:sz w:val="21"/>
                <w:lang w:eastAsia="zh-CN"/>
              </w:rPr>
              <w:t xml:space="preserve">                     </w:t>
            </w: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sz w:val="21"/>
              </w:rPr>
              <w:t>联系电话：</w:t>
            </w:r>
          </w:p>
        </w:tc>
      </w:tr>
      <w:tr w:rsidR="00652C40" w14:paraId="5612F9A0" w14:textId="77777777">
        <w:trPr>
          <w:cantSplit/>
          <w:tblHeader/>
          <w:jc w:val="center"/>
        </w:trPr>
        <w:tc>
          <w:tcPr>
            <w:tcW w:w="2835" w:type="dxa"/>
            <w:vAlign w:val="center"/>
          </w:tcPr>
          <w:p w14:paraId="786D2258" w14:textId="77777777" w:rsidR="00652C40" w:rsidRDefault="00000000">
            <w:pPr>
              <w:jc w:val="center"/>
              <w:rPr>
                <w:lang w:eastAsia="zh-CN"/>
              </w:rPr>
            </w:pPr>
            <w:r>
              <w:rPr>
                <w:rFonts w:ascii="Times New Roman" w:eastAsia="宋体" w:hAnsi="Times New Roman"/>
                <w:b/>
                <w:color w:val="000000"/>
                <w:sz w:val="21"/>
                <w:lang w:eastAsia="zh-CN"/>
              </w:rPr>
              <w:t>项目负责人（承建单位）</w:t>
            </w:r>
          </w:p>
        </w:tc>
        <w:tc>
          <w:tcPr>
            <w:tcW w:w="6236" w:type="dxa"/>
            <w:vAlign w:val="center"/>
          </w:tcPr>
          <w:p w14:paraId="0DCB94AA" w14:textId="47AD1F6F" w:rsidR="00652C40" w:rsidRDefault="00000000"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 xml:space="preserve">                 </w:t>
            </w:r>
            <w:r w:rsidR="001F23AB">
              <w:rPr>
                <w:rFonts w:ascii="Times New Roman" w:eastAsia="宋体" w:hAnsi="Times New Roman" w:hint="eastAsia"/>
                <w:color w:val="000000"/>
                <w:sz w:val="21"/>
                <w:lang w:eastAsia="zh-CN"/>
              </w:rPr>
              <w:t xml:space="preserve">                     </w:t>
            </w:r>
            <w:r>
              <w:rPr>
                <w:rFonts w:ascii="Times New Roman" w:eastAsia="宋体" w:hAnsi="Times New Roman"/>
                <w:color w:val="000000"/>
                <w:sz w:val="21"/>
              </w:rPr>
              <w:t>联系电话：</w:t>
            </w:r>
          </w:p>
        </w:tc>
      </w:tr>
    </w:tbl>
    <w:p w14:paraId="30FF4DFC" w14:textId="77777777" w:rsidR="00652C40" w:rsidRDefault="00000000">
      <w:pPr>
        <w:spacing w:before="200" w:after="80" w:line="240" w:lineRule="auto"/>
      </w:pPr>
      <w:r>
        <w:rPr>
          <w:rFonts w:ascii="Times New Roman" w:eastAsia="黑体" w:hAnsi="Times New Roman"/>
          <w:b/>
          <w:color w:val="000000"/>
          <w:sz w:val="24"/>
        </w:rPr>
        <w:t>二、项目概况</w:t>
      </w:r>
    </w:p>
    <w:p w14:paraId="4D5F94BD" w14:textId="77777777" w:rsidR="00652C40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简述项目建设目标、软件主要功能、实施周期、上线试运行情况：</w:t>
      </w:r>
    </w:p>
    <w:p w14:paraId="66D9E87B" w14:textId="77777777" w:rsidR="00652C40" w:rsidRDefault="00652C40">
      <w:pPr>
        <w:spacing w:after="0" w:line="360" w:lineRule="auto"/>
        <w:ind w:firstLine="480"/>
        <w:jc w:val="both"/>
        <w:rPr>
          <w:lang w:eastAsia="zh-CN"/>
        </w:rPr>
      </w:pPr>
    </w:p>
    <w:p w14:paraId="50B89E02" w14:textId="77777777" w:rsidR="00652C40" w:rsidRDefault="00652C40">
      <w:pPr>
        <w:spacing w:after="0" w:line="360" w:lineRule="auto"/>
        <w:ind w:firstLine="480"/>
        <w:jc w:val="both"/>
        <w:rPr>
          <w:lang w:eastAsia="zh-CN"/>
        </w:rPr>
      </w:pPr>
    </w:p>
    <w:p w14:paraId="55929F12" w14:textId="77777777" w:rsidR="00652C40" w:rsidRDefault="00652C40">
      <w:pPr>
        <w:spacing w:after="0" w:line="360" w:lineRule="auto"/>
        <w:ind w:firstLine="480"/>
        <w:jc w:val="both"/>
        <w:rPr>
          <w:lang w:eastAsia="zh-CN"/>
        </w:rPr>
      </w:pPr>
    </w:p>
    <w:p w14:paraId="74ED6867" w14:textId="77777777" w:rsidR="00652C40" w:rsidRDefault="00000000">
      <w:pPr>
        <w:spacing w:before="200" w:after="80" w:line="240" w:lineRule="auto"/>
        <w:rPr>
          <w:lang w:eastAsia="zh-CN"/>
        </w:rPr>
      </w:pPr>
      <w:r>
        <w:rPr>
          <w:rFonts w:ascii="Times New Roman" w:eastAsia="黑体" w:hAnsi="Times New Roman"/>
          <w:b/>
          <w:color w:val="000000"/>
          <w:sz w:val="24"/>
          <w:lang w:eastAsia="zh-CN"/>
        </w:rPr>
        <w:t>三、完成情况说明</w:t>
      </w:r>
    </w:p>
    <w:p w14:paraId="52CB22B7" w14:textId="77777777" w:rsidR="00652C40" w:rsidRDefault="00000000">
      <w:pPr>
        <w:spacing w:after="4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1. </w:t>
      </w:r>
      <w:r>
        <w:rPr>
          <w:rFonts w:ascii="Times New Roman" w:eastAsia="宋体" w:hAnsi="Times New Roman"/>
          <w:color w:val="000000"/>
          <w:sz w:val="24"/>
          <w:lang w:eastAsia="zh-CN"/>
        </w:rPr>
        <w:t>承建单位已按合同及需求规格说明书，完成软件全部约定功能的开发、部署、调试工作；</w:t>
      </w:r>
    </w:p>
    <w:p w14:paraId="55FFA484" w14:textId="77777777" w:rsidR="00652C40" w:rsidRDefault="00000000">
      <w:pPr>
        <w:spacing w:after="4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2. </w:t>
      </w:r>
      <w:r>
        <w:rPr>
          <w:rFonts w:ascii="Times New Roman" w:eastAsia="宋体" w:hAnsi="Times New Roman"/>
          <w:color w:val="000000"/>
          <w:sz w:val="24"/>
          <w:lang w:eastAsia="zh-CN"/>
        </w:rPr>
        <w:t>软件已完成试运行，试运行周期</w:t>
      </w:r>
      <w:r>
        <w:rPr>
          <w:rFonts w:ascii="Times New Roman" w:eastAsia="宋体" w:hAnsi="Times New Roman"/>
          <w:color w:val="000000"/>
          <w:sz w:val="24"/>
          <w:lang w:eastAsia="zh-CN"/>
        </w:rPr>
        <w:t>____</w:t>
      </w:r>
      <w:r>
        <w:rPr>
          <w:rFonts w:ascii="Times New Roman" w:eastAsia="宋体" w:hAnsi="Times New Roman"/>
          <w:color w:val="000000"/>
          <w:sz w:val="24"/>
          <w:lang w:eastAsia="zh-CN"/>
        </w:rPr>
        <w:t>天，运行稳定，满足业务使用需求；</w:t>
      </w:r>
    </w:p>
    <w:p w14:paraId="4B573438" w14:textId="77777777" w:rsidR="00652C40" w:rsidRDefault="00000000">
      <w:pPr>
        <w:spacing w:after="4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3. </w:t>
      </w:r>
      <w:r>
        <w:rPr>
          <w:rFonts w:ascii="Times New Roman" w:eastAsia="宋体" w:hAnsi="Times New Roman"/>
          <w:color w:val="000000"/>
          <w:sz w:val="24"/>
          <w:lang w:eastAsia="zh-CN"/>
        </w:rPr>
        <w:t>已交付文档：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□ 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用户操作手册　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□ 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系统部署手册　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□ 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需求规格说明书　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□ 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测试报告　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□ 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源代码　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□ </w:t>
      </w:r>
      <w:r>
        <w:rPr>
          <w:rFonts w:ascii="Times New Roman" w:eastAsia="宋体" w:hAnsi="Times New Roman"/>
          <w:color w:val="000000"/>
          <w:sz w:val="24"/>
          <w:lang w:eastAsia="zh-CN"/>
        </w:rPr>
        <w:t>其他：</w:t>
      </w:r>
      <w:r>
        <w:rPr>
          <w:rFonts w:ascii="Times New Roman" w:eastAsia="宋体" w:hAnsi="Times New Roman"/>
          <w:color w:val="000000"/>
          <w:sz w:val="24"/>
          <w:lang w:eastAsia="zh-CN"/>
        </w:rPr>
        <w:t>________</w:t>
      </w:r>
      <w:r>
        <w:rPr>
          <w:rFonts w:ascii="Times New Roman" w:eastAsia="宋体" w:hAnsi="Times New Roman"/>
          <w:color w:val="000000"/>
          <w:sz w:val="24"/>
          <w:lang w:eastAsia="zh-CN"/>
        </w:rPr>
        <w:t>；</w:t>
      </w:r>
    </w:p>
    <w:p w14:paraId="6B7B2122" w14:textId="77777777" w:rsidR="00652C40" w:rsidRDefault="00000000">
      <w:pPr>
        <w:spacing w:after="4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4. </w:t>
      </w:r>
      <w:r>
        <w:rPr>
          <w:rFonts w:ascii="Times New Roman" w:eastAsia="宋体" w:hAnsi="Times New Roman"/>
          <w:color w:val="000000"/>
          <w:sz w:val="24"/>
          <w:lang w:eastAsia="zh-CN"/>
        </w:rPr>
        <w:t>已完成相关使用人员的操作培训。</w:t>
      </w:r>
    </w:p>
    <w:p w14:paraId="6DB2F88E" w14:textId="77777777" w:rsidR="00652C40" w:rsidRDefault="00000000">
      <w:pPr>
        <w:spacing w:before="200" w:after="80" w:line="240" w:lineRule="auto"/>
        <w:rPr>
          <w:lang w:eastAsia="zh-CN"/>
        </w:rPr>
      </w:pPr>
      <w:r>
        <w:rPr>
          <w:rFonts w:ascii="Times New Roman" w:eastAsia="黑体" w:hAnsi="Times New Roman"/>
          <w:b/>
          <w:color w:val="000000"/>
          <w:sz w:val="24"/>
          <w:lang w:eastAsia="zh-CN"/>
        </w:rPr>
        <w:t>四、部门初验情况</w:t>
      </w:r>
    </w:p>
    <w:p w14:paraId="05F64C50" w14:textId="77777777" w:rsidR="00652C40" w:rsidRDefault="00000000">
      <w:pPr>
        <w:spacing w:after="8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本项目软件已完成部门初验，初验结论：</w:t>
      </w:r>
    </w:p>
    <w:p w14:paraId="54DA3BC1" w14:textId="77777777" w:rsidR="00652C40" w:rsidRDefault="00000000">
      <w:pPr>
        <w:spacing w:after="8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□ 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初验通过　　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□ </w:t>
      </w:r>
      <w:r>
        <w:rPr>
          <w:rFonts w:ascii="Times New Roman" w:eastAsia="宋体" w:hAnsi="Times New Roman"/>
          <w:color w:val="000000"/>
          <w:sz w:val="24"/>
          <w:lang w:eastAsia="zh-CN"/>
        </w:rPr>
        <w:t>需整改后重新初验</w:t>
      </w:r>
    </w:p>
    <w:p w14:paraId="533338C6" w14:textId="77777777" w:rsidR="00652C40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初验时间：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          </w:t>
      </w:r>
      <w:r>
        <w:rPr>
          <w:rFonts w:ascii="Times New Roman" w:eastAsia="宋体" w:hAnsi="Times New Roman"/>
          <w:color w:val="000000"/>
          <w:sz w:val="24"/>
          <w:lang w:eastAsia="zh-CN"/>
        </w:rPr>
        <w:t>年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color w:val="000000"/>
          <w:sz w:val="24"/>
          <w:lang w:eastAsia="zh-CN"/>
        </w:rPr>
        <w:t>月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color w:val="000000"/>
          <w:sz w:val="24"/>
          <w:lang w:eastAsia="zh-CN"/>
        </w:rPr>
        <w:t>日</w:t>
      </w:r>
    </w:p>
    <w:p w14:paraId="6F15DFB7" w14:textId="77777777" w:rsidR="00652C40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初验参加人员：</w:t>
      </w:r>
    </w:p>
    <w:p w14:paraId="35345CE0" w14:textId="77777777" w:rsidR="00652C40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初验意见：</w:t>
      </w:r>
    </w:p>
    <w:p w14:paraId="34DBDEB5" w14:textId="77777777" w:rsidR="00652C40" w:rsidRDefault="00652C40">
      <w:pPr>
        <w:spacing w:after="0" w:line="360" w:lineRule="auto"/>
        <w:ind w:firstLine="480"/>
        <w:jc w:val="both"/>
        <w:rPr>
          <w:lang w:eastAsia="zh-CN"/>
        </w:rPr>
      </w:pPr>
    </w:p>
    <w:p w14:paraId="71FB9DB8" w14:textId="77777777" w:rsidR="00652C40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初验负责人（部门）签字：</w:t>
      </w:r>
    </w:p>
    <w:p w14:paraId="5CDE7F1F" w14:textId="77777777" w:rsidR="00652C40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日期：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          </w:t>
      </w:r>
      <w:r>
        <w:rPr>
          <w:rFonts w:ascii="Times New Roman" w:eastAsia="宋体" w:hAnsi="Times New Roman"/>
          <w:color w:val="000000"/>
          <w:sz w:val="24"/>
          <w:lang w:eastAsia="zh-CN"/>
        </w:rPr>
        <w:t>年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color w:val="000000"/>
          <w:sz w:val="24"/>
          <w:lang w:eastAsia="zh-CN"/>
        </w:rPr>
        <w:t>月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color w:val="000000"/>
          <w:sz w:val="24"/>
          <w:lang w:eastAsia="zh-CN"/>
        </w:rPr>
        <w:t>日</w:t>
      </w:r>
    </w:p>
    <w:p w14:paraId="5EBFBC06" w14:textId="77777777" w:rsidR="00652C40" w:rsidRDefault="00000000">
      <w:pPr>
        <w:spacing w:before="200" w:after="80" w:line="240" w:lineRule="auto"/>
        <w:rPr>
          <w:lang w:eastAsia="zh-CN"/>
        </w:rPr>
      </w:pPr>
      <w:r>
        <w:rPr>
          <w:rFonts w:ascii="Times New Roman" w:eastAsia="黑体" w:hAnsi="Times New Roman"/>
          <w:b/>
          <w:color w:val="000000"/>
          <w:sz w:val="24"/>
          <w:lang w:eastAsia="zh-CN"/>
        </w:rPr>
        <w:lastRenderedPageBreak/>
        <w:t>五、申请验收说明</w:t>
      </w:r>
    </w:p>
    <w:p w14:paraId="7C9D245E" w14:textId="77777777" w:rsidR="00652C40" w:rsidRDefault="00000000">
      <w:pPr>
        <w:spacing w:after="12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本项目软件已完成合同约定全部建设内容，相关资料齐全，系统试运行正常，且部门初验已通过，现由使用部门向软件归口部门提出验收申请。</w:t>
      </w:r>
    </w:p>
    <w:p w14:paraId="33892375" w14:textId="77777777" w:rsidR="00652C40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使用部门（盖章）：</w:t>
      </w:r>
    </w:p>
    <w:p w14:paraId="2F221C57" w14:textId="77777777" w:rsidR="00652C40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负责人签字：</w:t>
      </w:r>
    </w:p>
    <w:p w14:paraId="4AA61178" w14:textId="77777777" w:rsidR="00652C40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日期：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          </w:t>
      </w:r>
      <w:r>
        <w:rPr>
          <w:rFonts w:ascii="Times New Roman" w:eastAsia="宋体" w:hAnsi="Times New Roman"/>
          <w:color w:val="000000"/>
          <w:sz w:val="24"/>
          <w:lang w:eastAsia="zh-CN"/>
        </w:rPr>
        <w:t>年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color w:val="000000"/>
          <w:sz w:val="24"/>
          <w:lang w:eastAsia="zh-CN"/>
        </w:rPr>
        <w:t>月</w:t>
      </w: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    </w:t>
      </w:r>
      <w:r>
        <w:rPr>
          <w:rFonts w:ascii="Times New Roman" w:eastAsia="宋体" w:hAnsi="Times New Roman"/>
          <w:color w:val="000000"/>
          <w:sz w:val="24"/>
          <w:lang w:eastAsia="zh-CN"/>
        </w:rPr>
        <w:t>日</w:t>
      </w:r>
    </w:p>
    <w:p w14:paraId="5FF8F698" w14:textId="77777777" w:rsidR="00652C40" w:rsidRDefault="00000000">
      <w:pPr>
        <w:spacing w:before="200" w:after="80" w:line="240" w:lineRule="auto"/>
        <w:rPr>
          <w:lang w:eastAsia="zh-CN"/>
        </w:rPr>
      </w:pPr>
      <w:r>
        <w:rPr>
          <w:rFonts w:ascii="Times New Roman" w:eastAsia="黑体" w:hAnsi="Times New Roman"/>
          <w:b/>
          <w:color w:val="000000"/>
          <w:sz w:val="24"/>
          <w:lang w:eastAsia="zh-CN"/>
        </w:rPr>
        <w:t>六、备注</w:t>
      </w:r>
    </w:p>
    <w:p w14:paraId="6D19026D" w14:textId="707CBBCD" w:rsidR="00652C40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1. </w:t>
      </w:r>
      <w:r>
        <w:rPr>
          <w:rFonts w:ascii="Times New Roman" w:eastAsia="宋体" w:hAnsi="Times New Roman"/>
          <w:color w:val="000000"/>
          <w:sz w:val="24"/>
          <w:lang w:eastAsia="zh-CN"/>
        </w:rPr>
        <w:t>本申请单一式</w:t>
      </w:r>
      <w:r w:rsidR="005740DE">
        <w:rPr>
          <w:rFonts w:ascii="Times New Roman" w:eastAsia="宋体" w:hAnsi="Times New Roman" w:hint="eastAsia"/>
          <w:color w:val="000000"/>
          <w:sz w:val="24"/>
          <w:lang w:eastAsia="zh-CN"/>
        </w:rPr>
        <w:t>两</w:t>
      </w:r>
      <w:r>
        <w:rPr>
          <w:rFonts w:ascii="Times New Roman" w:eastAsia="宋体" w:hAnsi="Times New Roman"/>
          <w:color w:val="000000"/>
          <w:sz w:val="24"/>
          <w:lang w:eastAsia="zh-CN"/>
        </w:rPr>
        <w:t>份，使用部门、软件归口部门各执一份；</w:t>
      </w:r>
    </w:p>
    <w:p w14:paraId="737F0E4C" w14:textId="77777777" w:rsidR="00652C40" w:rsidRDefault="00000000">
      <w:pPr>
        <w:spacing w:after="12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2. </w:t>
      </w:r>
      <w:r>
        <w:rPr>
          <w:rFonts w:ascii="Times New Roman" w:eastAsia="宋体" w:hAnsi="Times New Roman"/>
          <w:color w:val="000000"/>
          <w:sz w:val="24"/>
          <w:lang w:eastAsia="zh-CN"/>
        </w:rPr>
        <w:t>随本申请单需附：需求规格说明书、测试报告、试运行报告、部门初验记录等附件。</w:t>
      </w:r>
    </w:p>
    <w:sectPr w:rsidR="00652C40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5487590">
    <w:abstractNumId w:val="8"/>
  </w:num>
  <w:num w:numId="2" w16cid:durableId="1836189100">
    <w:abstractNumId w:val="6"/>
  </w:num>
  <w:num w:numId="3" w16cid:durableId="2119833483">
    <w:abstractNumId w:val="5"/>
  </w:num>
  <w:num w:numId="4" w16cid:durableId="262693584">
    <w:abstractNumId w:val="4"/>
  </w:num>
  <w:num w:numId="5" w16cid:durableId="1813863514">
    <w:abstractNumId w:val="7"/>
  </w:num>
  <w:num w:numId="6" w16cid:durableId="990064623">
    <w:abstractNumId w:val="3"/>
  </w:num>
  <w:num w:numId="7" w16cid:durableId="171652774">
    <w:abstractNumId w:val="2"/>
  </w:num>
  <w:num w:numId="8" w16cid:durableId="1726635592">
    <w:abstractNumId w:val="1"/>
  </w:num>
  <w:num w:numId="9" w16cid:durableId="1492715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7123"/>
    <w:rsid w:val="0015074B"/>
    <w:rsid w:val="001F23AB"/>
    <w:rsid w:val="0029639D"/>
    <w:rsid w:val="002B2D32"/>
    <w:rsid w:val="00326F90"/>
    <w:rsid w:val="00417C7C"/>
    <w:rsid w:val="005740DE"/>
    <w:rsid w:val="00652C40"/>
    <w:rsid w:val="00810719"/>
    <w:rsid w:val="00AA1D8D"/>
    <w:rsid w:val="00B47730"/>
    <w:rsid w:val="00B62A08"/>
    <w:rsid w:val="00CB0664"/>
    <w:rsid w:val="00CC7505"/>
    <w:rsid w:val="00D32CC9"/>
    <w:rsid w:val="00DC12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97A3AC"/>
  <w14:defaultImageDpi w14:val="300"/>
  <w15:docId w15:val="{397AE07D-5E64-4110-A8E5-7D33C530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365</Words>
  <Characters>377</Characters>
  <Application>Microsoft Office Word</Application>
  <DocSecurity>0</DocSecurity>
  <Lines>37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10</cp:revision>
  <dcterms:created xsi:type="dcterms:W3CDTF">2013-12-23T23:15:00Z</dcterms:created>
  <dcterms:modified xsi:type="dcterms:W3CDTF">2026-10-23T05:57:00Z</dcterms:modified>
  <cp:category/>
</cp:coreProperties>
</file>